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FD857" w14:textId="77777777" w:rsidR="00151BE2" w:rsidRPr="000225BF" w:rsidRDefault="00000000">
      <w:pPr>
        <w:pStyle w:val="Heading1"/>
        <w:rPr>
          <w:lang w:val="de-DE"/>
        </w:rPr>
      </w:pPr>
      <w:r w:rsidRPr="000225BF">
        <w:rPr>
          <w:rFonts w:ascii="Arial" w:hAnsi="Arial"/>
          <w:color w:val="000000"/>
          <w:lang w:val="de-DE"/>
        </w:rPr>
        <w:t>Molekulargenetische Analyse von Resistenzmechanismen bei Krankheitserregern in Neuseeland und ihre Bedeutung für die Entwicklung neuer antimikrobieller Therapien.</w:t>
      </w:r>
    </w:p>
    <w:p w14:paraId="51DB748B" w14:textId="77777777" w:rsidR="00151BE2" w:rsidRPr="000225BF" w:rsidRDefault="00000000">
      <w:pPr>
        <w:rPr>
          <w:lang w:val="de-DE"/>
        </w:rPr>
      </w:pPr>
      <w:r w:rsidRPr="000225BF">
        <w:rPr>
          <w:lang w:val="de-DE"/>
        </w:rPr>
        <w:t>Forschungsfrage: Welche molekulargenetischen Variationen von resistenz-genregulierenden Genen bei Neisseria gonorrhoeae in Neuseeland zu verzeichnen sind und wie diese mit der Entwicklung Resistenz gegen Antibiotika zusammenhängen?</w:t>
      </w:r>
    </w:p>
    <w:p w14:paraId="6B12EAC2" w14:textId="77777777" w:rsidR="00151BE2" w:rsidRPr="000225BF" w:rsidRDefault="00000000">
      <w:pPr>
        <w:rPr>
          <w:lang w:val="de-DE"/>
        </w:rPr>
      </w:pPr>
      <w:r w:rsidRPr="000225BF">
        <w:rPr>
          <w:lang w:val="de-DE"/>
        </w:rPr>
        <w:br w:type="page"/>
      </w:r>
    </w:p>
    <w:p w14:paraId="4FC514C1" w14:textId="77777777" w:rsidR="00151BE2" w:rsidRPr="000225BF" w:rsidRDefault="00000000">
      <w:pPr>
        <w:rPr>
          <w:lang w:val="de-DE"/>
        </w:rPr>
      </w:pPr>
      <w:r w:rsidRPr="000225BF">
        <w:rPr>
          <w:lang w:val="de-DE"/>
        </w:rPr>
        <w:lastRenderedPageBreak/>
        <w:t>1. Einleitung</w:t>
      </w:r>
    </w:p>
    <w:p w14:paraId="56BA08C1" w14:textId="77777777" w:rsidR="00151BE2" w:rsidRPr="000225BF" w:rsidRDefault="00000000">
      <w:pPr>
        <w:rPr>
          <w:lang w:val="de-DE"/>
        </w:rPr>
      </w:pPr>
      <w:r w:rsidRPr="000225BF">
        <w:rPr>
          <w:lang w:val="de-DE"/>
        </w:rPr>
        <w:t>2. Theorie</w:t>
      </w:r>
    </w:p>
    <w:p w14:paraId="39EEA962" w14:textId="77777777" w:rsidR="00151BE2" w:rsidRPr="000225BF" w:rsidRDefault="00000000">
      <w:pPr>
        <w:rPr>
          <w:lang w:val="de-DE"/>
        </w:rPr>
      </w:pPr>
      <w:r w:rsidRPr="000225BF">
        <w:rPr>
          <w:lang w:val="de-DE"/>
        </w:rPr>
        <w:t>3. Methodik</w:t>
      </w:r>
    </w:p>
    <w:p w14:paraId="13E4E334" w14:textId="77777777" w:rsidR="00151BE2" w:rsidRPr="000225BF" w:rsidRDefault="00000000">
      <w:pPr>
        <w:rPr>
          <w:lang w:val="de-DE"/>
        </w:rPr>
      </w:pPr>
      <w:r w:rsidRPr="000225BF">
        <w:rPr>
          <w:lang w:val="de-DE"/>
        </w:rPr>
        <w:t>4. Ergebnisse</w:t>
      </w:r>
    </w:p>
    <w:p w14:paraId="4EED0A1F" w14:textId="77777777" w:rsidR="00151BE2" w:rsidRPr="000225BF" w:rsidRDefault="00000000">
      <w:pPr>
        <w:rPr>
          <w:lang w:val="de-DE"/>
        </w:rPr>
      </w:pPr>
      <w:r w:rsidRPr="000225BF">
        <w:rPr>
          <w:lang w:val="de-DE"/>
        </w:rPr>
        <w:t>5. Diskussion</w:t>
      </w:r>
    </w:p>
    <w:p w14:paraId="76AA24FE" w14:textId="77777777" w:rsidR="00151BE2" w:rsidRPr="000225BF" w:rsidRDefault="00000000">
      <w:pPr>
        <w:rPr>
          <w:lang w:val="de-DE"/>
        </w:rPr>
      </w:pPr>
      <w:r w:rsidRPr="000225BF">
        <w:rPr>
          <w:lang w:val="de-DE"/>
        </w:rPr>
        <w:t>6. Fazit</w:t>
      </w:r>
    </w:p>
    <w:p w14:paraId="785A2D64" w14:textId="77777777" w:rsidR="00151BE2" w:rsidRDefault="00000000">
      <w:r>
        <w:t>Literaturverzeichnis</w:t>
      </w:r>
    </w:p>
    <w:sectPr w:rsidR="00151BE2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798F1" w14:textId="77777777" w:rsidR="00FB0ABE" w:rsidRDefault="00FB0ABE" w:rsidP="000225BF">
      <w:pPr>
        <w:spacing w:after="0" w:line="240" w:lineRule="auto"/>
      </w:pPr>
      <w:r>
        <w:separator/>
      </w:r>
    </w:p>
  </w:endnote>
  <w:endnote w:type="continuationSeparator" w:id="0">
    <w:p w14:paraId="74F9ED6A" w14:textId="77777777" w:rsidR="00FB0ABE" w:rsidRDefault="00FB0ABE" w:rsidP="0002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A81B3" w14:textId="77777777" w:rsidR="000225BF" w:rsidRDefault="000225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C1763" w14:textId="77777777" w:rsidR="000225BF" w:rsidRDefault="000225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23909" w14:textId="77777777" w:rsidR="000225BF" w:rsidRDefault="000225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5E77B" w14:textId="77777777" w:rsidR="00FB0ABE" w:rsidRDefault="00FB0ABE" w:rsidP="000225BF">
      <w:pPr>
        <w:spacing w:after="0" w:line="240" w:lineRule="auto"/>
      </w:pPr>
      <w:r>
        <w:separator/>
      </w:r>
    </w:p>
  </w:footnote>
  <w:footnote w:type="continuationSeparator" w:id="0">
    <w:p w14:paraId="5C3BFA48" w14:textId="77777777" w:rsidR="00FB0ABE" w:rsidRDefault="00FB0ABE" w:rsidP="00022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C5B38" w14:textId="49987D5C" w:rsidR="000225BF" w:rsidRDefault="000225BF">
    <w:pPr>
      <w:pStyle w:val="Header"/>
    </w:pPr>
    <w:r>
      <w:rPr>
        <w:noProof/>
      </w:rPr>
      <w:pict w14:anchorId="7CCC6D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197844" o:spid="_x0000_s1026" type="#_x0000_t136" style="position:absolute;margin-left:0;margin-top:0;width:456.8pt;height:152.25pt;rotation:315;z-index:-251655168;mso-position-horizontal:center;mso-position-horizontal-relative:margin;mso-position-vertical:center;mso-position-vertical-relative:margin" o:allowincell="f" fillcolor="#d99594 [1941]" stroked="f">
          <v:fill opacity=".5"/>
          <v:textpath style="font-family:&quot;Arial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11739" w14:textId="45D6AB89" w:rsidR="000225BF" w:rsidRDefault="000225BF">
    <w:pPr>
      <w:pStyle w:val="Header"/>
    </w:pPr>
    <w:r>
      <w:rPr>
        <w:noProof/>
      </w:rPr>
      <w:pict w14:anchorId="412865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197845" o:spid="_x0000_s1027" type="#_x0000_t136" style="position:absolute;margin-left:0;margin-top:0;width:456.8pt;height:152.25pt;rotation:315;z-index:-251653120;mso-position-horizontal:center;mso-position-horizontal-relative:margin;mso-position-vertical:center;mso-position-vertical-relative:margin" o:allowincell="f" fillcolor="#d99594 [1941]" stroked="f">
          <v:fill opacity=".5"/>
          <v:textpath style="font-family:&quot;Arial&quot;;font-size:1pt" string="Sa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40CE" w14:textId="224421CD" w:rsidR="000225BF" w:rsidRDefault="000225BF">
    <w:pPr>
      <w:pStyle w:val="Header"/>
    </w:pPr>
    <w:r>
      <w:rPr>
        <w:noProof/>
      </w:rPr>
      <w:pict w14:anchorId="2521F1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197843" o:spid="_x0000_s1025" type="#_x0000_t136" style="position:absolute;margin-left:0;margin-top:0;width:456.8pt;height:152.25pt;rotation:315;z-index:-251657216;mso-position-horizontal:center;mso-position-horizontal-relative:margin;mso-position-vertical:center;mso-position-vertical-relative:margin" o:allowincell="f" fillcolor="#d99594 [1941]" stroked="f">
          <v:fill opacity=".5"/>
          <v:textpath style="font-family:&quot;Arial&quot;;font-size:1pt" string="S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4608515">
    <w:abstractNumId w:val="8"/>
  </w:num>
  <w:num w:numId="2" w16cid:durableId="2084594625">
    <w:abstractNumId w:val="6"/>
  </w:num>
  <w:num w:numId="3" w16cid:durableId="1999578883">
    <w:abstractNumId w:val="5"/>
  </w:num>
  <w:num w:numId="4" w16cid:durableId="1453940395">
    <w:abstractNumId w:val="4"/>
  </w:num>
  <w:num w:numId="5" w16cid:durableId="891814202">
    <w:abstractNumId w:val="7"/>
  </w:num>
  <w:num w:numId="6" w16cid:durableId="231500464">
    <w:abstractNumId w:val="3"/>
  </w:num>
  <w:num w:numId="7" w16cid:durableId="573976076">
    <w:abstractNumId w:val="2"/>
  </w:num>
  <w:num w:numId="8" w16cid:durableId="950094109">
    <w:abstractNumId w:val="1"/>
  </w:num>
  <w:num w:numId="9" w16cid:durableId="92072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5BF"/>
    <w:rsid w:val="00034616"/>
    <w:rsid w:val="0006063C"/>
    <w:rsid w:val="0015074B"/>
    <w:rsid w:val="00151BE2"/>
    <w:rsid w:val="0029639D"/>
    <w:rsid w:val="00326F90"/>
    <w:rsid w:val="006A443F"/>
    <w:rsid w:val="00757ECA"/>
    <w:rsid w:val="00AA1D8D"/>
    <w:rsid w:val="00B47730"/>
    <w:rsid w:val="00CB0664"/>
    <w:rsid w:val="00CD7883"/>
    <w:rsid w:val="00FB0A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7C5381"/>
  <w14:defaultImageDpi w14:val="300"/>
  <w15:docId w15:val="{7D545624-EAA7-4294-A2F1-6076958E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Annika Sill</cp:lastModifiedBy>
  <cp:revision>3</cp:revision>
  <dcterms:created xsi:type="dcterms:W3CDTF">2026-08-17T12:10:00Z</dcterms:created>
  <dcterms:modified xsi:type="dcterms:W3CDTF">2026-08-19T20:59:00Z</dcterms:modified>
  <cp:category/>
</cp:coreProperties>
</file>